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B44FAC" w14:textId="77777777" w:rsidR="00DC734C" w:rsidRDefault="00ED2751">
      <w:pPr>
        <w:jc w:val="center"/>
      </w:pPr>
      <w:r>
        <w:rPr>
          <w:b/>
          <w:sz w:val="28"/>
        </w:rPr>
        <w:t>SAFEGUARDING / CHILD PROTECTION CONCERN FORM</w:t>
      </w:r>
    </w:p>
    <w:p w14:paraId="496159C4" w14:textId="316FE2E0" w:rsidR="00DC734C" w:rsidRDefault="00ED2751">
      <w:pPr>
        <w:spacing w:after="80"/>
        <w:jc w:val="center"/>
        <w:rPr>
          <w:b/>
          <w:sz w:val="19"/>
        </w:rPr>
      </w:pPr>
      <w:r>
        <w:rPr>
          <w:b/>
          <w:sz w:val="19"/>
        </w:rPr>
        <w:t>Confidential</w:t>
      </w:r>
    </w:p>
    <w:p w14:paraId="4B00D1CB" w14:textId="77777777" w:rsidR="00ED2751" w:rsidRDefault="00ED2751">
      <w:pPr>
        <w:spacing w:after="80"/>
        <w:jc w:val="center"/>
      </w:pPr>
    </w:p>
    <w:p w14:paraId="36BD9DB4" w14:textId="77777777" w:rsidR="00DC734C" w:rsidRDefault="00ED2751">
      <w:pPr>
        <w:spacing w:after="80"/>
      </w:pPr>
      <w:r>
        <w:rPr>
          <w:b/>
        </w:rPr>
        <w:t xml:space="preserve">Please complete this form if you see, hear or are told something that makes you worried about a child. </w:t>
      </w:r>
      <w:r>
        <w:t>Write only what you saw, heard or were told. If the child tells you something, use their own words where possible. Do not investigate. Give this form to the Safeguarding Lead as soon as possible.</w:t>
      </w:r>
    </w:p>
    <w:p w14:paraId="397DFAD5" w14:textId="77777777" w:rsidR="00ED2751" w:rsidRDefault="00ED2751">
      <w:pPr>
        <w:spacing w:after="80"/>
      </w:pPr>
    </w:p>
    <w:tbl>
      <w:tblPr>
        <w:tblStyle w:val="TableGrid"/>
        <w:tblW w:w="0" w:type="auto"/>
        <w:tblLook w:val="04A0" w:firstRow="1" w:lastRow="0" w:firstColumn="1" w:lastColumn="0" w:noHBand="0" w:noVBand="1"/>
      </w:tblPr>
      <w:tblGrid>
        <w:gridCol w:w="10646"/>
      </w:tblGrid>
      <w:tr w:rsidR="00DC734C" w14:paraId="7B38A5A8" w14:textId="77777777" w:rsidTr="00ED2751">
        <w:tc>
          <w:tcPr>
            <w:tcW w:w="10740" w:type="dxa"/>
            <w:shd w:val="clear" w:color="auto" w:fill="D9EAF7"/>
            <w:vAlign w:val="center"/>
          </w:tcPr>
          <w:p w14:paraId="41755D69" w14:textId="4E8D51B8" w:rsidR="00DC734C" w:rsidRPr="00ED2751" w:rsidRDefault="00ED2751" w:rsidP="00ED2751">
            <w:pPr>
              <w:pStyle w:val="ListParagraph"/>
              <w:numPr>
                <w:ilvl w:val="0"/>
                <w:numId w:val="10"/>
              </w:numPr>
              <w:rPr>
                <w:b/>
                <w:sz w:val="19"/>
              </w:rPr>
            </w:pPr>
            <w:r w:rsidRPr="00ED2751">
              <w:rPr>
                <w:b/>
                <w:sz w:val="19"/>
              </w:rPr>
              <w:t>Basic details</w:t>
            </w:r>
          </w:p>
          <w:p w14:paraId="2357D2A4" w14:textId="77777777" w:rsidR="00ED2751" w:rsidRDefault="00ED2751" w:rsidP="00ED2751">
            <w:pPr>
              <w:pStyle w:val="ListParagraph"/>
            </w:pPr>
          </w:p>
        </w:tc>
      </w:tr>
    </w:tbl>
    <w:tbl>
      <w:tblPr>
        <w:tblStyle w:val="TableGrid"/>
        <w:tblW w:w="0" w:type="auto"/>
        <w:tblLayout w:type="fixed"/>
        <w:tblLook w:val="04A0" w:firstRow="1" w:lastRow="0" w:firstColumn="1" w:lastColumn="0" w:noHBand="0" w:noVBand="1"/>
      </w:tblPr>
      <w:tblGrid>
        <w:gridCol w:w="2880"/>
        <w:gridCol w:w="7860"/>
      </w:tblGrid>
      <w:tr w:rsidR="00DC734C" w14:paraId="31220882" w14:textId="77777777" w:rsidTr="00ED2751">
        <w:tc>
          <w:tcPr>
            <w:tcW w:w="2880" w:type="dxa"/>
            <w:shd w:val="clear" w:color="auto" w:fill="F2F2F2"/>
            <w:vAlign w:val="center"/>
          </w:tcPr>
          <w:p w14:paraId="47381431" w14:textId="77777777" w:rsidR="00DC734C" w:rsidRDefault="00ED2751">
            <w:r>
              <w:rPr>
                <w:b/>
              </w:rPr>
              <w:t>Child’s name</w:t>
            </w:r>
          </w:p>
        </w:tc>
        <w:tc>
          <w:tcPr>
            <w:tcW w:w="7860" w:type="dxa"/>
            <w:vAlign w:val="center"/>
          </w:tcPr>
          <w:p w14:paraId="19F04864" w14:textId="77777777" w:rsidR="00DC734C" w:rsidRDefault="00DC734C"/>
          <w:p w14:paraId="4D6B86DF" w14:textId="77777777" w:rsidR="00ED2751" w:rsidRDefault="00ED2751"/>
        </w:tc>
      </w:tr>
      <w:tr w:rsidR="00DC734C" w14:paraId="6C65D475" w14:textId="77777777" w:rsidTr="00ED2751">
        <w:tc>
          <w:tcPr>
            <w:tcW w:w="2880" w:type="dxa"/>
            <w:shd w:val="clear" w:color="auto" w:fill="F2F2F2"/>
            <w:vAlign w:val="center"/>
          </w:tcPr>
          <w:p w14:paraId="01AD217F" w14:textId="77777777" w:rsidR="00DC734C" w:rsidRDefault="00ED2751">
            <w:r>
              <w:rPr>
                <w:b/>
              </w:rPr>
              <w:t>Date of concern</w:t>
            </w:r>
          </w:p>
        </w:tc>
        <w:tc>
          <w:tcPr>
            <w:tcW w:w="7860" w:type="dxa"/>
            <w:vAlign w:val="center"/>
          </w:tcPr>
          <w:p w14:paraId="361B25FB" w14:textId="77777777" w:rsidR="00DC734C" w:rsidRDefault="00DC734C"/>
          <w:p w14:paraId="69EAB670" w14:textId="77777777" w:rsidR="00ED2751" w:rsidRDefault="00ED2751"/>
        </w:tc>
      </w:tr>
      <w:tr w:rsidR="00DC734C" w14:paraId="2197A87B" w14:textId="77777777" w:rsidTr="00ED2751">
        <w:tc>
          <w:tcPr>
            <w:tcW w:w="2880" w:type="dxa"/>
            <w:shd w:val="clear" w:color="auto" w:fill="F2F2F2"/>
            <w:vAlign w:val="center"/>
          </w:tcPr>
          <w:p w14:paraId="19948152" w14:textId="77777777" w:rsidR="00DC734C" w:rsidRDefault="00ED2751">
            <w:r>
              <w:rPr>
                <w:b/>
              </w:rPr>
              <w:t>Time</w:t>
            </w:r>
          </w:p>
        </w:tc>
        <w:tc>
          <w:tcPr>
            <w:tcW w:w="7860" w:type="dxa"/>
            <w:vAlign w:val="center"/>
          </w:tcPr>
          <w:p w14:paraId="1ADD6FDE" w14:textId="77777777" w:rsidR="00DC734C" w:rsidRDefault="00DC734C"/>
          <w:p w14:paraId="7131E128" w14:textId="77777777" w:rsidR="00ED2751" w:rsidRDefault="00ED2751"/>
        </w:tc>
      </w:tr>
      <w:tr w:rsidR="00DC734C" w14:paraId="21B315F2" w14:textId="77777777" w:rsidTr="00ED2751">
        <w:tc>
          <w:tcPr>
            <w:tcW w:w="2880" w:type="dxa"/>
            <w:shd w:val="clear" w:color="auto" w:fill="F2F2F2"/>
            <w:vAlign w:val="center"/>
          </w:tcPr>
          <w:p w14:paraId="52272E5B" w14:textId="77777777" w:rsidR="00DC734C" w:rsidRDefault="00ED2751">
            <w:r>
              <w:rPr>
                <w:b/>
              </w:rPr>
              <w:t>Your name</w:t>
            </w:r>
          </w:p>
        </w:tc>
        <w:tc>
          <w:tcPr>
            <w:tcW w:w="7860" w:type="dxa"/>
            <w:vAlign w:val="center"/>
          </w:tcPr>
          <w:p w14:paraId="52C14226" w14:textId="77777777" w:rsidR="00DC734C" w:rsidRDefault="00DC734C"/>
          <w:p w14:paraId="442A3153" w14:textId="77777777" w:rsidR="00ED2751" w:rsidRDefault="00ED2751"/>
        </w:tc>
      </w:tr>
      <w:tr w:rsidR="00DC734C" w14:paraId="15D0BBCD" w14:textId="77777777" w:rsidTr="00ED2751">
        <w:tc>
          <w:tcPr>
            <w:tcW w:w="2880" w:type="dxa"/>
            <w:shd w:val="clear" w:color="auto" w:fill="F2F2F2"/>
            <w:vAlign w:val="center"/>
          </w:tcPr>
          <w:p w14:paraId="6E5DA1C1" w14:textId="77777777" w:rsidR="00DC734C" w:rsidRDefault="00ED2751">
            <w:r>
              <w:rPr>
                <w:b/>
              </w:rPr>
              <w:t>Your role</w:t>
            </w:r>
          </w:p>
        </w:tc>
        <w:tc>
          <w:tcPr>
            <w:tcW w:w="7860" w:type="dxa"/>
            <w:vAlign w:val="center"/>
          </w:tcPr>
          <w:p w14:paraId="50EE0E7A" w14:textId="77777777" w:rsidR="00DC734C" w:rsidRDefault="00DC734C"/>
          <w:p w14:paraId="191355D6" w14:textId="77777777" w:rsidR="00ED2751" w:rsidRDefault="00ED2751"/>
        </w:tc>
      </w:tr>
    </w:tbl>
    <w:tbl>
      <w:tblPr>
        <w:tblStyle w:val="TableGrid"/>
        <w:tblW w:w="0" w:type="auto"/>
        <w:tblLook w:val="04A0" w:firstRow="1" w:lastRow="0" w:firstColumn="1" w:lastColumn="0" w:noHBand="0" w:noVBand="1"/>
      </w:tblPr>
      <w:tblGrid>
        <w:gridCol w:w="10646"/>
      </w:tblGrid>
      <w:tr w:rsidR="00DC734C" w14:paraId="2C5D875B" w14:textId="77777777" w:rsidTr="00ED2751">
        <w:tc>
          <w:tcPr>
            <w:tcW w:w="10740" w:type="dxa"/>
            <w:shd w:val="clear" w:color="auto" w:fill="D9EAF7"/>
            <w:vAlign w:val="center"/>
          </w:tcPr>
          <w:p w14:paraId="339CB498" w14:textId="423F513F" w:rsidR="00DC734C" w:rsidRPr="00ED2751" w:rsidRDefault="00ED2751" w:rsidP="00ED2751">
            <w:pPr>
              <w:pStyle w:val="ListParagraph"/>
              <w:numPr>
                <w:ilvl w:val="0"/>
                <w:numId w:val="10"/>
              </w:numPr>
              <w:rPr>
                <w:b/>
                <w:sz w:val="19"/>
              </w:rPr>
            </w:pPr>
            <w:r w:rsidRPr="00ED2751">
              <w:rPr>
                <w:b/>
                <w:sz w:val="19"/>
              </w:rPr>
              <w:t>What are you worried about?</w:t>
            </w:r>
          </w:p>
          <w:p w14:paraId="03C15EC6" w14:textId="77777777" w:rsidR="00ED2751" w:rsidRDefault="00ED2751"/>
        </w:tc>
      </w:tr>
      <w:tr w:rsidR="00DC734C" w14:paraId="7A7ED4AF" w14:textId="77777777" w:rsidTr="00ED2751">
        <w:tc>
          <w:tcPr>
            <w:tcW w:w="10740" w:type="dxa"/>
            <w:shd w:val="clear" w:color="auto" w:fill="F2F2F2"/>
            <w:vAlign w:val="center"/>
          </w:tcPr>
          <w:p w14:paraId="1B1E7518" w14:textId="77777777" w:rsidR="00DC734C" w:rsidRDefault="00ED2751">
            <w:r>
              <w:rPr>
                <w:b/>
              </w:rPr>
              <w:t>Briefly write what happened, what you noticed, or what the child told you. Use the child’s exact words if you can.</w:t>
            </w:r>
          </w:p>
        </w:tc>
      </w:tr>
      <w:tr w:rsidR="00DC734C" w14:paraId="46B0F059" w14:textId="77777777" w:rsidTr="00ED2751">
        <w:trPr>
          <w:trHeight w:val="389"/>
        </w:trPr>
        <w:tc>
          <w:tcPr>
            <w:tcW w:w="10740" w:type="dxa"/>
            <w:vAlign w:val="center"/>
          </w:tcPr>
          <w:p w14:paraId="6EB23BE7" w14:textId="77777777" w:rsidR="00DC734C" w:rsidRDefault="00DC734C"/>
        </w:tc>
      </w:tr>
      <w:tr w:rsidR="00DC734C" w14:paraId="090CC713" w14:textId="77777777" w:rsidTr="00ED2751">
        <w:trPr>
          <w:trHeight w:val="389"/>
        </w:trPr>
        <w:tc>
          <w:tcPr>
            <w:tcW w:w="10740" w:type="dxa"/>
            <w:vAlign w:val="center"/>
          </w:tcPr>
          <w:p w14:paraId="0D0161AC" w14:textId="77777777" w:rsidR="00DC734C" w:rsidRDefault="00DC734C"/>
        </w:tc>
      </w:tr>
      <w:tr w:rsidR="00DC734C" w14:paraId="4090C084" w14:textId="77777777" w:rsidTr="00ED2751">
        <w:trPr>
          <w:trHeight w:val="389"/>
        </w:trPr>
        <w:tc>
          <w:tcPr>
            <w:tcW w:w="10740" w:type="dxa"/>
            <w:vAlign w:val="center"/>
          </w:tcPr>
          <w:p w14:paraId="4A3DD13C" w14:textId="77777777" w:rsidR="00DC734C" w:rsidRDefault="00DC734C"/>
        </w:tc>
      </w:tr>
      <w:tr w:rsidR="00DC734C" w14:paraId="1C2787DF" w14:textId="77777777" w:rsidTr="00ED2751">
        <w:trPr>
          <w:trHeight w:val="389"/>
        </w:trPr>
        <w:tc>
          <w:tcPr>
            <w:tcW w:w="10740" w:type="dxa"/>
            <w:vAlign w:val="center"/>
          </w:tcPr>
          <w:p w14:paraId="0C365A01" w14:textId="77777777" w:rsidR="00DC734C" w:rsidRDefault="00DC734C"/>
        </w:tc>
      </w:tr>
      <w:tr w:rsidR="00DC734C" w14:paraId="56F4277A" w14:textId="77777777" w:rsidTr="00ED2751">
        <w:tc>
          <w:tcPr>
            <w:tcW w:w="10740" w:type="dxa"/>
            <w:shd w:val="clear" w:color="auto" w:fill="D9EAF7"/>
            <w:vAlign w:val="center"/>
          </w:tcPr>
          <w:p w14:paraId="7CBE1E03" w14:textId="249259E5" w:rsidR="00DC734C" w:rsidRPr="00ED2751" w:rsidRDefault="00ED2751" w:rsidP="00ED2751">
            <w:pPr>
              <w:pStyle w:val="ListParagraph"/>
              <w:numPr>
                <w:ilvl w:val="0"/>
                <w:numId w:val="10"/>
              </w:numPr>
              <w:rPr>
                <w:b/>
                <w:sz w:val="19"/>
              </w:rPr>
            </w:pPr>
            <w:r w:rsidRPr="00ED2751">
              <w:rPr>
                <w:b/>
                <w:sz w:val="19"/>
              </w:rPr>
              <w:t>What did you do?</w:t>
            </w:r>
          </w:p>
          <w:p w14:paraId="33942FA2" w14:textId="77777777" w:rsidR="00ED2751" w:rsidRDefault="00ED2751" w:rsidP="00ED2751">
            <w:pPr>
              <w:pStyle w:val="ListParagraph"/>
            </w:pPr>
          </w:p>
        </w:tc>
      </w:tr>
      <w:tr w:rsidR="00DC734C" w14:paraId="34F463AB" w14:textId="77777777" w:rsidTr="00ED2751">
        <w:tc>
          <w:tcPr>
            <w:tcW w:w="10740" w:type="dxa"/>
            <w:shd w:val="clear" w:color="auto" w:fill="F2F2F2"/>
            <w:vAlign w:val="center"/>
          </w:tcPr>
          <w:p w14:paraId="0B77C657" w14:textId="77777777" w:rsidR="00DC734C" w:rsidRDefault="00ED2751">
            <w:pPr>
              <w:rPr>
                <w:b/>
              </w:rPr>
            </w:pPr>
            <w:r>
              <w:rPr>
                <w:b/>
              </w:rPr>
              <w:t>Record any immediate action you took. For example: listened to the child, reassured them, got first aid, or stayed with them.</w:t>
            </w:r>
          </w:p>
          <w:p w14:paraId="6F9B540D" w14:textId="77777777" w:rsidR="00ED2751" w:rsidRDefault="00ED2751"/>
        </w:tc>
      </w:tr>
      <w:tr w:rsidR="00DC734C" w14:paraId="0CBB57CD" w14:textId="77777777" w:rsidTr="00ED2751">
        <w:trPr>
          <w:trHeight w:val="389"/>
        </w:trPr>
        <w:tc>
          <w:tcPr>
            <w:tcW w:w="10740" w:type="dxa"/>
            <w:vAlign w:val="center"/>
          </w:tcPr>
          <w:p w14:paraId="1EA07529" w14:textId="77777777" w:rsidR="00DC734C" w:rsidRDefault="00DC734C"/>
        </w:tc>
      </w:tr>
      <w:tr w:rsidR="00DC734C" w14:paraId="23032BC3" w14:textId="77777777" w:rsidTr="00ED2751">
        <w:trPr>
          <w:trHeight w:val="389"/>
        </w:trPr>
        <w:tc>
          <w:tcPr>
            <w:tcW w:w="10740" w:type="dxa"/>
            <w:vAlign w:val="center"/>
          </w:tcPr>
          <w:p w14:paraId="0A2405E7" w14:textId="77777777" w:rsidR="00DC734C" w:rsidRDefault="00DC734C"/>
        </w:tc>
      </w:tr>
      <w:tr w:rsidR="00DC734C" w14:paraId="1E6BD383" w14:textId="77777777" w:rsidTr="00ED2751">
        <w:tc>
          <w:tcPr>
            <w:tcW w:w="10740" w:type="dxa"/>
            <w:shd w:val="clear" w:color="auto" w:fill="D9EAF7"/>
            <w:vAlign w:val="center"/>
          </w:tcPr>
          <w:p w14:paraId="49549726" w14:textId="291CE30C" w:rsidR="00DC734C" w:rsidRPr="00ED2751" w:rsidRDefault="00ED2751" w:rsidP="00ED2751">
            <w:pPr>
              <w:pStyle w:val="ListParagraph"/>
              <w:numPr>
                <w:ilvl w:val="0"/>
                <w:numId w:val="10"/>
              </w:numPr>
              <w:rPr>
                <w:b/>
                <w:sz w:val="19"/>
              </w:rPr>
            </w:pPr>
            <w:r w:rsidRPr="00ED2751">
              <w:rPr>
                <w:b/>
                <w:sz w:val="19"/>
              </w:rPr>
              <w:t>Who did you tell?</w:t>
            </w:r>
          </w:p>
          <w:p w14:paraId="302C2890" w14:textId="77777777" w:rsidR="00ED2751" w:rsidRPr="00ED2751" w:rsidRDefault="00ED2751" w:rsidP="00ED2751">
            <w:pPr>
              <w:pStyle w:val="ListParagraph"/>
              <w:rPr>
                <w:b/>
                <w:sz w:val="19"/>
              </w:rPr>
            </w:pPr>
          </w:p>
          <w:p w14:paraId="4BB29E32" w14:textId="77777777" w:rsidR="00ED2751" w:rsidRDefault="00ED2751"/>
        </w:tc>
      </w:tr>
    </w:tbl>
    <w:tbl>
      <w:tblPr>
        <w:tblStyle w:val="TableGrid"/>
        <w:tblW w:w="0" w:type="auto"/>
        <w:tblLayout w:type="fixed"/>
        <w:tblLook w:val="04A0" w:firstRow="1" w:lastRow="0" w:firstColumn="1" w:lastColumn="0" w:noHBand="0" w:noVBand="1"/>
      </w:tblPr>
      <w:tblGrid>
        <w:gridCol w:w="3369"/>
        <w:gridCol w:w="7371"/>
      </w:tblGrid>
      <w:tr w:rsidR="00DC734C" w14:paraId="7419A3D0" w14:textId="77777777" w:rsidTr="00ED2751">
        <w:tc>
          <w:tcPr>
            <w:tcW w:w="3369" w:type="dxa"/>
            <w:shd w:val="clear" w:color="auto" w:fill="F2F2F2"/>
            <w:vAlign w:val="center"/>
          </w:tcPr>
          <w:p w14:paraId="78C1710C" w14:textId="77777777" w:rsidR="00DC734C" w:rsidRDefault="00ED2751">
            <w:pPr>
              <w:rPr>
                <w:b/>
              </w:rPr>
            </w:pPr>
            <w:r>
              <w:rPr>
                <w:b/>
              </w:rPr>
              <w:t>Safeguarding Lead / person told</w:t>
            </w:r>
          </w:p>
          <w:p w14:paraId="299DF8EC" w14:textId="77777777" w:rsidR="00ED2751" w:rsidRDefault="00ED2751"/>
        </w:tc>
        <w:tc>
          <w:tcPr>
            <w:tcW w:w="7371" w:type="dxa"/>
            <w:vAlign w:val="center"/>
          </w:tcPr>
          <w:p w14:paraId="2C632F48" w14:textId="443A1B71" w:rsidR="00DC734C" w:rsidRDefault="00ED2751">
            <w:r>
              <w:rPr>
                <w:rFonts w:ascii="Segoe UI Symbol" w:hAnsi="Segoe UI Symbol" w:cs="Segoe UI Symbol"/>
              </w:rPr>
              <w:t>☐</w:t>
            </w:r>
            <w:r>
              <w:t xml:space="preserve"> </w:t>
            </w:r>
            <w:r>
              <w:t>Yes</w:t>
            </w:r>
            <w:r>
              <w:t xml:space="preserve">    </w:t>
            </w:r>
            <w:r>
              <w:rPr>
                <w:rFonts w:ascii="Segoe UI Symbol" w:hAnsi="Segoe UI Symbol" w:cs="Segoe UI Symbol"/>
              </w:rPr>
              <w:t>☐</w:t>
            </w:r>
            <w:r>
              <w:t xml:space="preserve"> </w:t>
            </w:r>
            <w:r>
              <w:t xml:space="preserve">No   </w:t>
            </w:r>
          </w:p>
        </w:tc>
      </w:tr>
      <w:tr w:rsidR="00DC734C" w14:paraId="2D87926A" w14:textId="77777777" w:rsidTr="00ED2751">
        <w:tc>
          <w:tcPr>
            <w:tcW w:w="3369" w:type="dxa"/>
            <w:shd w:val="clear" w:color="auto" w:fill="F2F2F2"/>
            <w:vAlign w:val="center"/>
          </w:tcPr>
          <w:p w14:paraId="6BE9EABB" w14:textId="77777777" w:rsidR="00DC734C" w:rsidRDefault="00ED2751">
            <w:pPr>
              <w:rPr>
                <w:b/>
              </w:rPr>
            </w:pPr>
            <w:r>
              <w:rPr>
                <w:b/>
              </w:rPr>
              <w:t>Date and time reported</w:t>
            </w:r>
          </w:p>
          <w:p w14:paraId="16AE476B" w14:textId="77777777" w:rsidR="00ED2751" w:rsidRDefault="00ED2751"/>
        </w:tc>
        <w:tc>
          <w:tcPr>
            <w:tcW w:w="7371" w:type="dxa"/>
            <w:vAlign w:val="center"/>
          </w:tcPr>
          <w:p w14:paraId="36F69A3B" w14:textId="77777777" w:rsidR="00DC734C" w:rsidRDefault="00DC734C"/>
        </w:tc>
      </w:tr>
      <w:tr w:rsidR="00DC734C" w14:paraId="26019E59" w14:textId="77777777" w:rsidTr="00ED2751">
        <w:tc>
          <w:tcPr>
            <w:tcW w:w="3369" w:type="dxa"/>
            <w:shd w:val="clear" w:color="auto" w:fill="F2F2F2"/>
            <w:vAlign w:val="center"/>
          </w:tcPr>
          <w:p w14:paraId="4508C333" w14:textId="77777777" w:rsidR="00DC734C" w:rsidRDefault="00ED2751">
            <w:r>
              <w:rPr>
                <w:b/>
              </w:rPr>
              <w:t>How reported</w:t>
            </w:r>
          </w:p>
        </w:tc>
        <w:tc>
          <w:tcPr>
            <w:tcW w:w="7371" w:type="dxa"/>
            <w:vAlign w:val="center"/>
          </w:tcPr>
          <w:p w14:paraId="7FF0C3EC" w14:textId="1321741B" w:rsidR="00ED2751" w:rsidRDefault="00ED2751">
            <w:r>
              <w:t>☐</w:t>
            </w:r>
            <w:r>
              <w:t xml:space="preserve"> In person    ☐ Phone    ☐ Other:</w:t>
            </w:r>
          </w:p>
          <w:p w14:paraId="7C355B6F" w14:textId="043BA9E1" w:rsidR="00DC734C" w:rsidRDefault="00ED2751">
            <w:r>
              <w:t>__</w:t>
            </w:r>
          </w:p>
        </w:tc>
      </w:tr>
    </w:tbl>
    <w:tbl>
      <w:tblPr>
        <w:tblStyle w:val="TableGrid"/>
        <w:tblW w:w="0" w:type="auto"/>
        <w:tblLook w:val="04A0" w:firstRow="1" w:lastRow="0" w:firstColumn="1" w:lastColumn="0" w:noHBand="0" w:noVBand="1"/>
      </w:tblPr>
      <w:tblGrid>
        <w:gridCol w:w="10646"/>
      </w:tblGrid>
      <w:tr w:rsidR="00DC734C" w14:paraId="3D8B96BB" w14:textId="77777777" w:rsidTr="00ED2751">
        <w:tc>
          <w:tcPr>
            <w:tcW w:w="10740" w:type="dxa"/>
            <w:shd w:val="clear" w:color="auto" w:fill="D9EAF7"/>
            <w:vAlign w:val="center"/>
          </w:tcPr>
          <w:p w14:paraId="60EE1676" w14:textId="04ECE28D" w:rsidR="00DC734C" w:rsidRPr="00ED2751" w:rsidRDefault="00ED2751" w:rsidP="00ED2751">
            <w:pPr>
              <w:pStyle w:val="ListParagraph"/>
              <w:numPr>
                <w:ilvl w:val="0"/>
                <w:numId w:val="10"/>
              </w:numPr>
              <w:rPr>
                <w:b/>
                <w:sz w:val="19"/>
              </w:rPr>
            </w:pPr>
            <w:r w:rsidRPr="00ED2751">
              <w:rPr>
                <w:b/>
                <w:sz w:val="19"/>
              </w:rPr>
              <w:t>Safeguarding Lead – brief action / next step</w:t>
            </w:r>
          </w:p>
          <w:p w14:paraId="5F7775BE" w14:textId="77777777" w:rsidR="00ED2751" w:rsidRPr="00ED2751" w:rsidRDefault="00ED2751" w:rsidP="00ED2751">
            <w:pPr>
              <w:pStyle w:val="ListParagraph"/>
              <w:rPr>
                <w:b/>
                <w:sz w:val="19"/>
              </w:rPr>
            </w:pPr>
          </w:p>
          <w:p w14:paraId="27247AE6" w14:textId="77777777" w:rsidR="00ED2751" w:rsidRDefault="00ED2751"/>
        </w:tc>
      </w:tr>
      <w:tr w:rsidR="00DC734C" w14:paraId="54F880A7" w14:textId="77777777" w:rsidTr="00ED2751">
        <w:tc>
          <w:tcPr>
            <w:tcW w:w="10740" w:type="dxa"/>
            <w:shd w:val="clear" w:color="auto" w:fill="F2F2F2"/>
            <w:vAlign w:val="center"/>
          </w:tcPr>
          <w:p w14:paraId="2F226138" w14:textId="77777777" w:rsidR="00DC734C" w:rsidRDefault="00ED2751">
            <w:r>
              <w:rPr>
                <w:b/>
              </w:rPr>
              <w:t>For Safeguarding Lead use: record the immediate decision or next step.</w:t>
            </w:r>
          </w:p>
        </w:tc>
      </w:tr>
      <w:tr w:rsidR="00DC734C" w14:paraId="450429CB" w14:textId="77777777" w:rsidTr="00ED2751">
        <w:trPr>
          <w:trHeight w:val="389"/>
        </w:trPr>
        <w:tc>
          <w:tcPr>
            <w:tcW w:w="10740" w:type="dxa"/>
            <w:vAlign w:val="center"/>
          </w:tcPr>
          <w:p w14:paraId="5C6C624E" w14:textId="77777777" w:rsidR="00DC734C" w:rsidRDefault="00DC734C"/>
        </w:tc>
      </w:tr>
      <w:tr w:rsidR="00DC734C" w14:paraId="41FE3301" w14:textId="77777777" w:rsidTr="00ED2751">
        <w:trPr>
          <w:trHeight w:val="389"/>
        </w:trPr>
        <w:tc>
          <w:tcPr>
            <w:tcW w:w="10740" w:type="dxa"/>
            <w:vAlign w:val="center"/>
          </w:tcPr>
          <w:p w14:paraId="4BC43A52" w14:textId="77777777" w:rsidR="00DC734C" w:rsidRDefault="00DC734C"/>
        </w:tc>
      </w:tr>
    </w:tbl>
    <w:tbl>
      <w:tblPr>
        <w:tblStyle w:val="TableGrid"/>
        <w:tblW w:w="0" w:type="auto"/>
        <w:tblLayout w:type="fixed"/>
        <w:tblLook w:val="04A0" w:firstRow="1" w:lastRow="0" w:firstColumn="1" w:lastColumn="0" w:noHBand="0" w:noVBand="1"/>
      </w:tblPr>
      <w:tblGrid>
        <w:gridCol w:w="2880"/>
        <w:gridCol w:w="7860"/>
      </w:tblGrid>
      <w:tr w:rsidR="00DC734C" w14:paraId="064E18A7" w14:textId="77777777" w:rsidTr="00ED2751">
        <w:tc>
          <w:tcPr>
            <w:tcW w:w="2880" w:type="dxa"/>
            <w:shd w:val="clear" w:color="auto" w:fill="F2F2F2"/>
            <w:vAlign w:val="center"/>
          </w:tcPr>
          <w:p w14:paraId="4FF797B0" w14:textId="77777777" w:rsidR="00DC734C" w:rsidRDefault="00ED2751">
            <w:r>
              <w:rPr>
                <w:b/>
              </w:rPr>
              <w:t>Staff signature</w:t>
            </w:r>
          </w:p>
        </w:tc>
        <w:tc>
          <w:tcPr>
            <w:tcW w:w="7860" w:type="dxa"/>
            <w:vAlign w:val="center"/>
          </w:tcPr>
          <w:p w14:paraId="68830B1C" w14:textId="77777777" w:rsidR="00DC734C" w:rsidRDefault="00DC734C"/>
        </w:tc>
      </w:tr>
      <w:tr w:rsidR="00DC734C" w14:paraId="7E07CFA2" w14:textId="77777777" w:rsidTr="00ED2751">
        <w:tc>
          <w:tcPr>
            <w:tcW w:w="2880" w:type="dxa"/>
            <w:shd w:val="clear" w:color="auto" w:fill="F2F2F2"/>
            <w:vAlign w:val="center"/>
          </w:tcPr>
          <w:p w14:paraId="7D146C39" w14:textId="77777777" w:rsidR="00DC734C" w:rsidRDefault="00ED2751">
            <w:r>
              <w:rPr>
                <w:b/>
              </w:rPr>
              <w:t>Date</w:t>
            </w:r>
          </w:p>
        </w:tc>
        <w:tc>
          <w:tcPr>
            <w:tcW w:w="7860" w:type="dxa"/>
            <w:vAlign w:val="center"/>
          </w:tcPr>
          <w:p w14:paraId="1388B155" w14:textId="77777777" w:rsidR="00DC734C" w:rsidRDefault="00DC734C"/>
        </w:tc>
      </w:tr>
      <w:tr w:rsidR="00DC734C" w14:paraId="53063798" w14:textId="77777777" w:rsidTr="00ED2751">
        <w:tc>
          <w:tcPr>
            <w:tcW w:w="2880" w:type="dxa"/>
            <w:shd w:val="clear" w:color="auto" w:fill="F2F2F2"/>
            <w:vAlign w:val="center"/>
          </w:tcPr>
          <w:p w14:paraId="0CB57E2E" w14:textId="77777777" w:rsidR="00DC734C" w:rsidRDefault="00ED2751">
            <w:r>
              <w:rPr>
                <w:b/>
              </w:rPr>
              <w:t>Safeguarding Lead signature</w:t>
            </w:r>
          </w:p>
        </w:tc>
        <w:tc>
          <w:tcPr>
            <w:tcW w:w="7860" w:type="dxa"/>
            <w:vAlign w:val="center"/>
          </w:tcPr>
          <w:p w14:paraId="29B655CC" w14:textId="77777777" w:rsidR="00DC734C" w:rsidRDefault="00DC734C"/>
        </w:tc>
      </w:tr>
      <w:tr w:rsidR="00DC734C" w14:paraId="05BE4A90" w14:textId="77777777" w:rsidTr="00ED2751">
        <w:tc>
          <w:tcPr>
            <w:tcW w:w="2880" w:type="dxa"/>
            <w:shd w:val="clear" w:color="auto" w:fill="F2F2F2"/>
            <w:vAlign w:val="center"/>
          </w:tcPr>
          <w:p w14:paraId="308F9CCF" w14:textId="77777777" w:rsidR="00DC734C" w:rsidRDefault="00ED2751">
            <w:r>
              <w:rPr>
                <w:b/>
              </w:rPr>
              <w:t>Date</w:t>
            </w:r>
          </w:p>
        </w:tc>
        <w:tc>
          <w:tcPr>
            <w:tcW w:w="7860" w:type="dxa"/>
            <w:vAlign w:val="center"/>
          </w:tcPr>
          <w:p w14:paraId="107F7BD5" w14:textId="77777777" w:rsidR="00DC734C" w:rsidRDefault="00DC734C"/>
        </w:tc>
      </w:tr>
    </w:tbl>
    <w:p w14:paraId="703F21EB" w14:textId="77777777" w:rsidR="00DC734C" w:rsidRDefault="00ED2751">
      <w:pPr>
        <w:spacing w:before="80" w:after="0"/>
      </w:pPr>
      <w:r>
        <w:rPr>
          <w:b/>
        </w:rPr>
        <w:t xml:space="preserve">Important: </w:t>
      </w:r>
      <w:r>
        <w:t>If a child is in immediate danger, follow your school’s emergency safeguarding procedure. Keep this form secure and confidential.</w:t>
      </w:r>
    </w:p>
    <w:sectPr w:rsidR="00DC734C" w:rsidSect="00034616">
      <w:footerReference w:type="default" r:id="rId8"/>
      <w:pgSz w:w="12240" w:h="15840"/>
      <w:pgMar w:top="648" w:right="792" w:bottom="648" w:left="79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052412" w14:textId="77777777" w:rsidR="00ED2751" w:rsidRDefault="00ED2751">
      <w:pPr>
        <w:spacing w:after="0" w:line="240" w:lineRule="auto"/>
      </w:pPr>
      <w:r>
        <w:separator/>
      </w:r>
    </w:p>
  </w:endnote>
  <w:endnote w:type="continuationSeparator" w:id="0">
    <w:p w14:paraId="3CCDB5F1" w14:textId="77777777" w:rsidR="00ED2751" w:rsidRDefault="00ED27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7AAB1D" w14:textId="77777777" w:rsidR="00DC734C" w:rsidRDefault="00ED2751">
    <w:pPr>
      <w:pStyle w:val="Footer"/>
      <w:jc w:val="center"/>
    </w:pPr>
    <w:r>
      <w:rPr>
        <w:sz w:val="15"/>
      </w:rPr>
      <w:t>Simple Safeguarding Concern Form | Complementary School | Confidential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1B1007" w14:textId="77777777" w:rsidR="00ED2751" w:rsidRDefault="00ED2751">
      <w:pPr>
        <w:spacing w:after="0" w:line="240" w:lineRule="auto"/>
      </w:pPr>
      <w:r>
        <w:separator/>
      </w:r>
    </w:p>
  </w:footnote>
  <w:footnote w:type="continuationSeparator" w:id="0">
    <w:p w14:paraId="7243C6C1" w14:textId="77777777" w:rsidR="00ED2751" w:rsidRDefault="00ED275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1A75942"/>
    <w:multiLevelType w:val="hybridMultilevel"/>
    <w:tmpl w:val="7ADAA2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75383203">
    <w:abstractNumId w:val="8"/>
  </w:num>
  <w:num w:numId="2" w16cid:durableId="933979969">
    <w:abstractNumId w:val="6"/>
  </w:num>
  <w:num w:numId="3" w16cid:durableId="932207640">
    <w:abstractNumId w:val="5"/>
  </w:num>
  <w:num w:numId="4" w16cid:durableId="1770933020">
    <w:abstractNumId w:val="4"/>
  </w:num>
  <w:num w:numId="5" w16cid:durableId="2071145286">
    <w:abstractNumId w:val="7"/>
  </w:num>
  <w:num w:numId="6" w16cid:durableId="191959973">
    <w:abstractNumId w:val="3"/>
  </w:num>
  <w:num w:numId="7" w16cid:durableId="2115399962">
    <w:abstractNumId w:val="2"/>
  </w:num>
  <w:num w:numId="8" w16cid:durableId="55394911">
    <w:abstractNumId w:val="1"/>
  </w:num>
  <w:num w:numId="9" w16cid:durableId="1078403939">
    <w:abstractNumId w:val="0"/>
  </w:num>
  <w:num w:numId="10" w16cid:durableId="197833870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AA1D8D"/>
    <w:rsid w:val="00B47730"/>
    <w:rsid w:val="00CB0664"/>
    <w:rsid w:val="00DC734C"/>
    <w:rsid w:val="00ED2751"/>
    <w:rsid w:val="00FC693F"/>
    <w:rsid w:val="00FF352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AD8176E"/>
  <w14:defaultImageDpi w14:val="300"/>
  <w15:docId w15:val="{C281EB6C-B29D-4E47-ADCE-5056334618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182</Words>
  <Characters>1044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1224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Andri Nicolaou</cp:lastModifiedBy>
  <cp:revision>2</cp:revision>
  <dcterms:created xsi:type="dcterms:W3CDTF">2026-09-27T08:49:00Z</dcterms:created>
  <dcterms:modified xsi:type="dcterms:W3CDTF">2026-09-27T08:49:00Z</dcterms:modified>
  <cp:category/>
</cp:coreProperties>
</file>