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54C29" w14:textId="77777777" w:rsidR="0047091F" w:rsidRDefault="00AF1447">
      <w:pPr>
        <w:jc w:val="center"/>
      </w:pPr>
      <w:r>
        <w:rPr>
          <w:b/>
          <w:sz w:val="30"/>
        </w:rPr>
        <w:t>CHILD PROTECTION RECORD – CASE CHRONOLOGY</w:t>
      </w:r>
    </w:p>
    <w:p w14:paraId="5F7C9198" w14:textId="77777777" w:rsidR="0047091F" w:rsidRDefault="00AF1447">
      <w:pPr>
        <w:jc w:val="center"/>
      </w:pPr>
      <w:r>
        <w:rPr>
          <w:b/>
          <w:sz w:val="17"/>
        </w:rPr>
        <w:t>CONFIDENTIAL – SAFEGUARDING INFORMATION</w:t>
      </w:r>
    </w:p>
    <w:p w14:paraId="48EA4AE9" w14:textId="77777777" w:rsidR="0047091F" w:rsidRDefault="00AF1447">
      <w:pPr>
        <w:spacing w:after="100"/>
      </w:pPr>
      <w:r>
        <w:t>Use this sheet to keep a brief, dated record of safeguarding concerns, actions and important updates for the same child. Enter each event in date order. Keep entries factual and short. Detailed concerns should also be recorded on the Safeguarding / Child Protection Concern Form where appropriate.</w:t>
      </w:r>
    </w:p>
    <w:tbl>
      <w:tblPr>
        <w:tblStyle w:val="TableGrid"/>
        <w:tblW w:w="0" w:type="auto"/>
        <w:jc w:val="center"/>
        <w:tblLook w:val="04A0" w:firstRow="1" w:lastRow="0" w:firstColumn="1" w:lastColumn="0" w:noHBand="0" w:noVBand="1"/>
      </w:tblPr>
      <w:tblGrid>
        <w:gridCol w:w="2626"/>
        <w:gridCol w:w="2625"/>
        <w:gridCol w:w="2626"/>
        <w:gridCol w:w="2625"/>
      </w:tblGrid>
      <w:tr w:rsidR="0047091F" w14:paraId="6C0459D2" w14:textId="77777777">
        <w:trPr>
          <w:jc w:val="center"/>
        </w:trPr>
        <w:tc>
          <w:tcPr>
            <w:tcW w:w="2628" w:type="dxa"/>
            <w:shd w:val="clear" w:color="auto" w:fill="EAF2F8"/>
            <w:vAlign w:val="center"/>
          </w:tcPr>
          <w:p w14:paraId="5F48AC8D" w14:textId="77777777" w:rsidR="0047091F" w:rsidRDefault="00AF1447">
            <w:r>
              <w:rPr>
                <w:b/>
              </w:rPr>
              <w:t>Child’s name</w:t>
            </w:r>
          </w:p>
        </w:tc>
        <w:tc>
          <w:tcPr>
            <w:tcW w:w="2628" w:type="dxa"/>
            <w:vAlign w:val="center"/>
          </w:tcPr>
          <w:p w14:paraId="02108A3F" w14:textId="77777777" w:rsidR="0047091F" w:rsidRDefault="0047091F"/>
        </w:tc>
        <w:tc>
          <w:tcPr>
            <w:tcW w:w="2628" w:type="dxa"/>
            <w:shd w:val="clear" w:color="auto" w:fill="EAF2F8"/>
            <w:vAlign w:val="center"/>
          </w:tcPr>
          <w:p w14:paraId="4F945160" w14:textId="77777777" w:rsidR="0047091F" w:rsidRDefault="00AF1447">
            <w:r>
              <w:rPr>
                <w:b/>
              </w:rPr>
              <w:t>Date of birth / age</w:t>
            </w:r>
          </w:p>
        </w:tc>
        <w:tc>
          <w:tcPr>
            <w:tcW w:w="2628" w:type="dxa"/>
            <w:vAlign w:val="center"/>
          </w:tcPr>
          <w:p w14:paraId="0802BC74" w14:textId="77777777" w:rsidR="0047091F" w:rsidRDefault="0047091F"/>
        </w:tc>
      </w:tr>
      <w:tr w:rsidR="0047091F" w14:paraId="17D5182E" w14:textId="77777777">
        <w:trPr>
          <w:jc w:val="center"/>
        </w:trPr>
        <w:tc>
          <w:tcPr>
            <w:tcW w:w="2628" w:type="dxa"/>
            <w:shd w:val="clear" w:color="auto" w:fill="EAF2F8"/>
            <w:vAlign w:val="center"/>
          </w:tcPr>
          <w:p w14:paraId="7DF6C984" w14:textId="77777777" w:rsidR="0047091F" w:rsidRDefault="00AF1447">
            <w:r>
              <w:rPr>
                <w:b/>
              </w:rPr>
              <w:t>Class / group</w:t>
            </w:r>
          </w:p>
        </w:tc>
        <w:tc>
          <w:tcPr>
            <w:tcW w:w="2628" w:type="dxa"/>
            <w:vAlign w:val="center"/>
          </w:tcPr>
          <w:p w14:paraId="7F9DD372" w14:textId="77777777" w:rsidR="0047091F" w:rsidRDefault="0047091F"/>
        </w:tc>
        <w:tc>
          <w:tcPr>
            <w:tcW w:w="2628" w:type="dxa"/>
            <w:shd w:val="clear" w:color="auto" w:fill="EAF2F8"/>
            <w:vAlign w:val="center"/>
          </w:tcPr>
          <w:p w14:paraId="64C5BE6A" w14:textId="77777777" w:rsidR="0047091F" w:rsidRDefault="00AF1447">
            <w:r>
              <w:rPr>
                <w:b/>
              </w:rPr>
              <w:t>Chronology started</w:t>
            </w:r>
          </w:p>
        </w:tc>
        <w:tc>
          <w:tcPr>
            <w:tcW w:w="2628" w:type="dxa"/>
            <w:vAlign w:val="center"/>
          </w:tcPr>
          <w:p w14:paraId="1126C80B" w14:textId="77777777" w:rsidR="0047091F" w:rsidRDefault="0047091F"/>
        </w:tc>
      </w:tr>
    </w:tbl>
    <w:p w14:paraId="650D4971" w14:textId="77777777" w:rsidR="0047091F" w:rsidRDefault="0047091F">
      <w:pPr>
        <w:spacing w:after="20"/>
      </w:pPr>
    </w:p>
    <w:tbl>
      <w:tblPr>
        <w:tblStyle w:val="TableGrid"/>
        <w:tblW w:w="0" w:type="auto"/>
        <w:jc w:val="center"/>
        <w:tblLayout w:type="fixed"/>
        <w:tblLook w:val="04A0" w:firstRow="1" w:lastRow="0" w:firstColumn="1" w:lastColumn="0" w:noHBand="0" w:noVBand="1"/>
      </w:tblPr>
      <w:tblGrid>
        <w:gridCol w:w="1224"/>
        <w:gridCol w:w="1512"/>
        <w:gridCol w:w="4968"/>
        <w:gridCol w:w="2088"/>
        <w:gridCol w:w="936"/>
      </w:tblGrid>
      <w:tr w:rsidR="0047091F" w14:paraId="00A31B40" w14:textId="77777777">
        <w:trPr>
          <w:jc w:val="center"/>
        </w:trPr>
        <w:tc>
          <w:tcPr>
            <w:tcW w:w="1224" w:type="dxa"/>
            <w:shd w:val="clear" w:color="auto" w:fill="D9EAF7"/>
            <w:vAlign w:val="center"/>
          </w:tcPr>
          <w:p w14:paraId="49C75EC0" w14:textId="77777777" w:rsidR="0047091F" w:rsidRDefault="00AF1447">
            <w:r>
              <w:rPr>
                <w:b/>
                <w:sz w:val="17"/>
              </w:rPr>
              <w:t>Date</w:t>
            </w:r>
          </w:p>
        </w:tc>
        <w:tc>
          <w:tcPr>
            <w:tcW w:w="1512" w:type="dxa"/>
            <w:shd w:val="clear" w:color="auto" w:fill="D9EAF7"/>
            <w:vAlign w:val="center"/>
          </w:tcPr>
          <w:p w14:paraId="008AB868" w14:textId="77777777" w:rsidR="0047091F" w:rsidRDefault="00AF1447">
            <w:r>
              <w:rPr>
                <w:b/>
                <w:sz w:val="17"/>
              </w:rPr>
              <w:t>Time</w:t>
            </w:r>
          </w:p>
        </w:tc>
        <w:tc>
          <w:tcPr>
            <w:tcW w:w="4968" w:type="dxa"/>
            <w:shd w:val="clear" w:color="auto" w:fill="D9EAF7"/>
            <w:vAlign w:val="center"/>
          </w:tcPr>
          <w:p w14:paraId="64D11A49" w14:textId="77777777" w:rsidR="0047091F" w:rsidRDefault="00AF1447">
            <w:r>
              <w:rPr>
                <w:b/>
                <w:sz w:val="17"/>
              </w:rPr>
              <w:t>Concern / event / information</w:t>
            </w:r>
          </w:p>
        </w:tc>
        <w:tc>
          <w:tcPr>
            <w:tcW w:w="2088" w:type="dxa"/>
            <w:shd w:val="clear" w:color="auto" w:fill="D9EAF7"/>
            <w:vAlign w:val="center"/>
          </w:tcPr>
          <w:p w14:paraId="44EA5EAD" w14:textId="77777777" w:rsidR="0047091F" w:rsidRDefault="00AF1447">
            <w:r>
              <w:rPr>
                <w:b/>
                <w:sz w:val="17"/>
              </w:rPr>
              <w:t>Action taken / who informed</w:t>
            </w:r>
          </w:p>
        </w:tc>
        <w:tc>
          <w:tcPr>
            <w:tcW w:w="936" w:type="dxa"/>
            <w:shd w:val="clear" w:color="auto" w:fill="D9EAF7"/>
            <w:vAlign w:val="center"/>
          </w:tcPr>
          <w:p w14:paraId="6E3EF753" w14:textId="77777777" w:rsidR="0047091F" w:rsidRDefault="00AF1447">
            <w:r>
              <w:rPr>
                <w:b/>
                <w:sz w:val="17"/>
              </w:rPr>
              <w:t>Initials</w:t>
            </w:r>
          </w:p>
        </w:tc>
      </w:tr>
      <w:tr w:rsidR="0047091F" w14:paraId="6C3B1EFE" w14:textId="77777777">
        <w:trPr>
          <w:trHeight w:val="605"/>
          <w:jc w:val="center"/>
        </w:trPr>
        <w:tc>
          <w:tcPr>
            <w:tcW w:w="1224" w:type="dxa"/>
            <w:vAlign w:val="center"/>
          </w:tcPr>
          <w:p w14:paraId="0C590F8A" w14:textId="77777777" w:rsidR="0047091F" w:rsidRDefault="0047091F"/>
        </w:tc>
        <w:tc>
          <w:tcPr>
            <w:tcW w:w="1512" w:type="dxa"/>
            <w:vAlign w:val="center"/>
          </w:tcPr>
          <w:p w14:paraId="4FB5D7D5" w14:textId="77777777" w:rsidR="0047091F" w:rsidRDefault="0047091F"/>
        </w:tc>
        <w:tc>
          <w:tcPr>
            <w:tcW w:w="4968" w:type="dxa"/>
            <w:vAlign w:val="center"/>
          </w:tcPr>
          <w:p w14:paraId="0E25DC4A" w14:textId="77777777" w:rsidR="0047091F" w:rsidRDefault="0047091F"/>
        </w:tc>
        <w:tc>
          <w:tcPr>
            <w:tcW w:w="2088" w:type="dxa"/>
            <w:vAlign w:val="center"/>
          </w:tcPr>
          <w:p w14:paraId="5D80ACD7" w14:textId="77777777" w:rsidR="0047091F" w:rsidRDefault="0047091F"/>
        </w:tc>
        <w:tc>
          <w:tcPr>
            <w:tcW w:w="936" w:type="dxa"/>
            <w:vAlign w:val="center"/>
          </w:tcPr>
          <w:p w14:paraId="2C73A985" w14:textId="77777777" w:rsidR="0047091F" w:rsidRDefault="0047091F"/>
        </w:tc>
      </w:tr>
      <w:tr w:rsidR="0047091F" w14:paraId="5061EB54" w14:textId="77777777">
        <w:trPr>
          <w:trHeight w:val="605"/>
          <w:jc w:val="center"/>
        </w:trPr>
        <w:tc>
          <w:tcPr>
            <w:tcW w:w="1224" w:type="dxa"/>
            <w:vAlign w:val="center"/>
          </w:tcPr>
          <w:p w14:paraId="3320E1A6" w14:textId="77777777" w:rsidR="0047091F" w:rsidRDefault="0047091F"/>
        </w:tc>
        <w:tc>
          <w:tcPr>
            <w:tcW w:w="1512" w:type="dxa"/>
            <w:vAlign w:val="center"/>
          </w:tcPr>
          <w:p w14:paraId="0F7D5C06" w14:textId="77777777" w:rsidR="0047091F" w:rsidRDefault="0047091F"/>
        </w:tc>
        <w:tc>
          <w:tcPr>
            <w:tcW w:w="4968" w:type="dxa"/>
            <w:vAlign w:val="center"/>
          </w:tcPr>
          <w:p w14:paraId="574006EE" w14:textId="77777777" w:rsidR="0047091F" w:rsidRDefault="0047091F"/>
        </w:tc>
        <w:tc>
          <w:tcPr>
            <w:tcW w:w="2088" w:type="dxa"/>
            <w:vAlign w:val="center"/>
          </w:tcPr>
          <w:p w14:paraId="4E56AD81" w14:textId="77777777" w:rsidR="0047091F" w:rsidRDefault="0047091F"/>
        </w:tc>
        <w:tc>
          <w:tcPr>
            <w:tcW w:w="936" w:type="dxa"/>
            <w:vAlign w:val="center"/>
          </w:tcPr>
          <w:p w14:paraId="6E4B0DEB" w14:textId="77777777" w:rsidR="0047091F" w:rsidRDefault="0047091F"/>
        </w:tc>
      </w:tr>
      <w:tr w:rsidR="0047091F" w14:paraId="483A18BC" w14:textId="77777777">
        <w:trPr>
          <w:trHeight w:val="605"/>
          <w:jc w:val="center"/>
        </w:trPr>
        <w:tc>
          <w:tcPr>
            <w:tcW w:w="1224" w:type="dxa"/>
            <w:vAlign w:val="center"/>
          </w:tcPr>
          <w:p w14:paraId="578DD233" w14:textId="77777777" w:rsidR="0047091F" w:rsidRDefault="0047091F"/>
        </w:tc>
        <w:tc>
          <w:tcPr>
            <w:tcW w:w="1512" w:type="dxa"/>
            <w:vAlign w:val="center"/>
          </w:tcPr>
          <w:p w14:paraId="76C5E2D0" w14:textId="77777777" w:rsidR="0047091F" w:rsidRDefault="0047091F"/>
        </w:tc>
        <w:tc>
          <w:tcPr>
            <w:tcW w:w="4968" w:type="dxa"/>
            <w:vAlign w:val="center"/>
          </w:tcPr>
          <w:p w14:paraId="209B422C" w14:textId="77777777" w:rsidR="0047091F" w:rsidRDefault="0047091F"/>
        </w:tc>
        <w:tc>
          <w:tcPr>
            <w:tcW w:w="2088" w:type="dxa"/>
            <w:vAlign w:val="center"/>
          </w:tcPr>
          <w:p w14:paraId="7F464827" w14:textId="77777777" w:rsidR="0047091F" w:rsidRDefault="0047091F"/>
        </w:tc>
        <w:tc>
          <w:tcPr>
            <w:tcW w:w="936" w:type="dxa"/>
            <w:vAlign w:val="center"/>
          </w:tcPr>
          <w:p w14:paraId="464B0CE2" w14:textId="77777777" w:rsidR="0047091F" w:rsidRDefault="0047091F"/>
        </w:tc>
      </w:tr>
      <w:tr w:rsidR="0047091F" w14:paraId="1A6424DF" w14:textId="77777777">
        <w:trPr>
          <w:trHeight w:val="605"/>
          <w:jc w:val="center"/>
        </w:trPr>
        <w:tc>
          <w:tcPr>
            <w:tcW w:w="1224" w:type="dxa"/>
            <w:vAlign w:val="center"/>
          </w:tcPr>
          <w:p w14:paraId="77D3CDF1" w14:textId="77777777" w:rsidR="0047091F" w:rsidRDefault="0047091F"/>
        </w:tc>
        <w:tc>
          <w:tcPr>
            <w:tcW w:w="1512" w:type="dxa"/>
            <w:vAlign w:val="center"/>
          </w:tcPr>
          <w:p w14:paraId="13909B1A" w14:textId="77777777" w:rsidR="0047091F" w:rsidRDefault="0047091F"/>
        </w:tc>
        <w:tc>
          <w:tcPr>
            <w:tcW w:w="4968" w:type="dxa"/>
            <w:vAlign w:val="center"/>
          </w:tcPr>
          <w:p w14:paraId="2D9AF45C" w14:textId="77777777" w:rsidR="0047091F" w:rsidRDefault="0047091F"/>
        </w:tc>
        <w:tc>
          <w:tcPr>
            <w:tcW w:w="2088" w:type="dxa"/>
            <w:vAlign w:val="center"/>
          </w:tcPr>
          <w:p w14:paraId="2C9D44F1" w14:textId="77777777" w:rsidR="0047091F" w:rsidRDefault="0047091F"/>
        </w:tc>
        <w:tc>
          <w:tcPr>
            <w:tcW w:w="936" w:type="dxa"/>
            <w:vAlign w:val="center"/>
          </w:tcPr>
          <w:p w14:paraId="286A8B06" w14:textId="77777777" w:rsidR="0047091F" w:rsidRDefault="0047091F"/>
        </w:tc>
      </w:tr>
      <w:tr w:rsidR="0047091F" w14:paraId="212049D5" w14:textId="77777777">
        <w:trPr>
          <w:trHeight w:val="605"/>
          <w:jc w:val="center"/>
        </w:trPr>
        <w:tc>
          <w:tcPr>
            <w:tcW w:w="1224" w:type="dxa"/>
            <w:vAlign w:val="center"/>
          </w:tcPr>
          <w:p w14:paraId="0EE741A0" w14:textId="77777777" w:rsidR="0047091F" w:rsidRDefault="0047091F"/>
        </w:tc>
        <w:tc>
          <w:tcPr>
            <w:tcW w:w="1512" w:type="dxa"/>
            <w:vAlign w:val="center"/>
          </w:tcPr>
          <w:p w14:paraId="58CD5CF5" w14:textId="77777777" w:rsidR="0047091F" w:rsidRDefault="0047091F"/>
        </w:tc>
        <w:tc>
          <w:tcPr>
            <w:tcW w:w="4968" w:type="dxa"/>
            <w:vAlign w:val="center"/>
          </w:tcPr>
          <w:p w14:paraId="597407EE" w14:textId="77777777" w:rsidR="0047091F" w:rsidRDefault="0047091F"/>
        </w:tc>
        <w:tc>
          <w:tcPr>
            <w:tcW w:w="2088" w:type="dxa"/>
            <w:vAlign w:val="center"/>
          </w:tcPr>
          <w:p w14:paraId="53612900" w14:textId="77777777" w:rsidR="0047091F" w:rsidRDefault="0047091F"/>
        </w:tc>
        <w:tc>
          <w:tcPr>
            <w:tcW w:w="936" w:type="dxa"/>
            <w:vAlign w:val="center"/>
          </w:tcPr>
          <w:p w14:paraId="516EC249" w14:textId="77777777" w:rsidR="0047091F" w:rsidRDefault="0047091F"/>
        </w:tc>
      </w:tr>
      <w:tr w:rsidR="0047091F" w14:paraId="12D3E0EA" w14:textId="77777777">
        <w:trPr>
          <w:trHeight w:val="605"/>
          <w:jc w:val="center"/>
        </w:trPr>
        <w:tc>
          <w:tcPr>
            <w:tcW w:w="1224" w:type="dxa"/>
            <w:vAlign w:val="center"/>
          </w:tcPr>
          <w:p w14:paraId="6EBD25A7" w14:textId="77777777" w:rsidR="0047091F" w:rsidRDefault="0047091F"/>
        </w:tc>
        <w:tc>
          <w:tcPr>
            <w:tcW w:w="1512" w:type="dxa"/>
            <w:vAlign w:val="center"/>
          </w:tcPr>
          <w:p w14:paraId="695A5720" w14:textId="77777777" w:rsidR="0047091F" w:rsidRDefault="0047091F"/>
        </w:tc>
        <w:tc>
          <w:tcPr>
            <w:tcW w:w="4968" w:type="dxa"/>
            <w:vAlign w:val="center"/>
          </w:tcPr>
          <w:p w14:paraId="49CD5059" w14:textId="77777777" w:rsidR="0047091F" w:rsidRDefault="0047091F"/>
        </w:tc>
        <w:tc>
          <w:tcPr>
            <w:tcW w:w="2088" w:type="dxa"/>
            <w:vAlign w:val="center"/>
          </w:tcPr>
          <w:p w14:paraId="64904B7C" w14:textId="77777777" w:rsidR="0047091F" w:rsidRDefault="0047091F"/>
        </w:tc>
        <w:tc>
          <w:tcPr>
            <w:tcW w:w="936" w:type="dxa"/>
            <w:vAlign w:val="center"/>
          </w:tcPr>
          <w:p w14:paraId="0EACB622" w14:textId="77777777" w:rsidR="0047091F" w:rsidRDefault="0047091F"/>
        </w:tc>
      </w:tr>
      <w:tr w:rsidR="0047091F" w14:paraId="64FFCB91" w14:textId="77777777">
        <w:trPr>
          <w:trHeight w:val="605"/>
          <w:jc w:val="center"/>
        </w:trPr>
        <w:tc>
          <w:tcPr>
            <w:tcW w:w="1224" w:type="dxa"/>
            <w:vAlign w:val="center"/>
          </w:tcPr>
          <w:p w14:paraId="65682B13" w14:textId="77777777" w:rsidR="0047091F" w:rsidRDefault="0047091F"/>
        </w:tc>
        <w:tc>
          <w:tcPr>
            <w:tcW w:w="1512" w:type="dxa"/>
            <w:vAlign w:val="center"/>
          </w:tcPr>
          <w:p w14:paraId="68496F56" w14:textId="77777777" w:rsidR="0047091F" w:rsidRDefault="0047091F"/>
        </w:tc>
        <w:tc>
          <w:tcPr>
            <w:tcW w:w="4968" w:type="dxa"/>
            <w:vAlign w:val="center"/>
          </w:tcPr>
          <w:p w14:paraId="6441249C" w14:textId="77777777" w:rsidR="0047091F" w:rsidRDefault="0047091F"/>
        </w:tc>
        <w:tc>
          <w:tcPr>
            <w:tcW w:w="2088" w:type="dxa"/>
            <w:vAlign w:val="center"/>
          </w:tcPr>
          <w:p w14:paraId="322663DE" w14:textId="77777777" w:rsidR="0047091F" w:rsidRDefault="0047091F"/>
        </w:tc>
        <w:tc>
          <w:tcPr>
            <w:tcW w:w="936" w:type="dxa"/>
            <w:vAlign w:val="center"/>
          </w:tcPr>
          <w:p w14:paraId="05D20468" w14:textId="77777777" w:rsidR="0047091F" w:rsidRDefault="0047091F"/>
        </w:tc>
      </w:tr>
      <w:tr w:rsidR="0047091F" w14:paraId="12578132" w14:textId="77777777">
        <w:trPr>
          <w:trHeight w:val="605"/>
          <w:jc w:val="center"/>
        </w:trPr>
        <w:tc>
          <w:tcPr>
            <w:tcW w:w="1224" w:type="dxa"/>
            <w:vAlign w:val="center"/>
          </w:tcPr>
          <w:p w14:paraId="443165F2" w14:textId="77777777" w:rsidR="0047091F" w:rsidRDefault="0047091F"/>
        </w:tc>
        <w:tc>
          <w:tcPr>
            <w:tcW w:w="1512" w:type="dxa"/>
            <w:vAlign w:val="center"/>
          </w:tcPr>
          <w:p w14:paraId="3620E0D0" w14:textId="77777777" w:rsidR="0047091F" w:rsidRDefault="0047091F"/>
        </w:tc>
        <w:tc>
          <w:tcPr>
            <w:tcW w:w="4968" w:type="dxa"/>
            <w:vAlign w:val="center"/>
          </w:tcPr>
          <w:p w14:paraId="265D549F" w14:textId="77777777" w:rsidR="0047091F" w:rsidRDefault="0047091F"/>
        </w:tc>
        <w:tc>
          <w:tcPr>
            <w:tcW w:w="2088" w:type="dxa"/>
            <w:vAlign w:val="center"/>
          </w:tcPr>
          <w:p w14:paraId="65840F0F" w14:textId="77777777" w:rsidR="0047091F" w:rsidRDefault="0047091F"/>
        </w:tc>
        <w:tc>
          <w:tcPr>
            <w:tcW w:w="936" w:type="dxa"/>
            <w:vAlign w:val="center"/>
          </w:tcPr>
          <w:p w14:paraId="16428E3D" w14:textId="77777777" w:rsidR="0047091F" w:rsidRDefault="0047091F"/>
        </w:tc>
      </w:tr>
      <w:tr w:rsidR="0047091F" w14:paraId="5548157A" w14:textId="77777777">
        <w:trPr>
          <w:trHeight w:val="605"/>
          <w:jc w:val="center"/>
        </w:trPr>
        <w:tc>
          <w:tcPr>
            <w:tcW w:w="1224" w:type="dxa"/>
            <w:vAlign w:val="center"/>
          </w:tcPr>
          <w:p w14:paraId="42041622" w14:textId="77777777" w:rsidR="0047091F" w:rsidRDefault="0047091F"/>
        </w:tc>
        <w:tc>
          <w:tcPr>
            <w:tcW w:w="1512" w:type="dxa"/>
            <w:vAlign w:val="center"/>
          </w:tcPr>
          <w:p w14:paraId="31D1EE52" w14:textId="77777777" w:rsidR="0047091F" w:rsidRDefault="0047091F"/>
        </w:tc>
        <w:tc>
          <w:tcPr>
            <w:tcW w:w="4968" w:type="dxa"/>
            <w:vAlign w:val="center"/>
          </w:tcPr>
          <w:p w14:paraId="5DB07CB4" w14:textId="77777777" w:rsidR="0047091F" w:rsidRDefault="0047091F"/>
        </w:tc>
        <w:tc>
          <w:tcPr>
            <w:tcW w:w="2088" w:type="dxa"/>
            <w:vAlign w:val="center"/>
          </w:tcPr>
          <w:p w14:paraId="56ACF914" w14:textId="77777777" w:rsidR="0047091F" w:rsidRDefault="0047091F"/>
        </w:tc>
        <w:tc>
          <w:tcPr>
            <w:tcW w:w="936" w:type="dxa"/>
            <w:vAlign w:val="center"/>
          </w:tcPr>
          <w:p w14:paraId="44DC5F7D" w14:textId="77777777" w:rsidR="0047091F" w:rsidRDefault="0047091F"/>
        </w:tc>
      </w:tr>
      <w:tr w:rsidR="0047091F" w14:paraId="51180AD2" w14:textId="77777777">
        <w:trPr>
          <w:trHeight w:val="605"/>
          <w:jc w:val="center"/>
        </w:trPr>
        <w:tc>
          <w:tcPr>
            <w:tcW w:w="1224" w:type="dxa"/>
            <w:vAlign w:val="center"/>
          </w:tcPr>
          <w:p w14:paraId="496CC5B5" w14:textId="77777777" w:rsidR="0047091F" w:rsidRDefault="0047091F"/>
        </w:tc>
        <w:tc>
          <w:tcPr>
            <w:tcW w:w="1512" w:type="dxa"/>
            <w:vAlign w:val="center"/>
          </w:tcPr>
          <w:p w14:paraId="6CE9892B" w14:textId="77777777" w:rsidR="0047091F" w:rsidRDefault="0047091F"/>
        </w:tc>
        <w:tc>
          <w:tcPr>
            <w:tcW w:w="4968" w:type="dxa"/>
            <w:vAlign w:val="center"/>
          </w:tcPr>
          <w:p w14:paraId="56401D59" w14:textId="77777777" w:rsidR="0047091F" w:rsidRDefault="0047091F"/>
        </w:tc>
        <w:tc>
          <w:tcPr>
            <w:tcW w:w="2088" w:type="dxa"/>
            <w:vAlign w:val="center"/>
          </w:tcPr>
          <w:p w14:paraId="74B2BA5E" w14:textId="77777777" w:rsidR="0047091F" w:rsidRDefault="0047091F"/>
        </w:tc>
        <w:tc>
          <w:tcPr>
            <w:tcW w:w="936" w:type="dxa"/>
            <w:vAlign w:val="center"/>
          </w:tcPr>
          <w:p w14:paraId="07A49C97" w14:textId="77777777" w:rsidR="0047091F" w:rsidRDefault="0047091F"/>
        </w:tc>
      </w:tr>
      <w:tr w:rsidR="0047091F" w14:paraId="4EF2362B" w14:textId="77777777">
        <w:trPr>
          <w:trHeight w:val="605"/>
          <w:jc w:val="center"/>
        </w:trPr>
        <w:tc>
          <w:tcPr>
            <w:tcW w:w="1224" w:type="dxa"/>
            <w:vAlign w:val="center"/>
          </w:tcPr>
          <w:p w14:paraId="2263FC72" w14:textId="77777777" w:rsidR="0047091F" w:rsidRDefault="0047091F"/>
        </w:tc>
        <w:tc>
          <w:tcPr>
            <w:tcW w:w="1512" w:type="dxa"/>
            <w:vAlign w:val="center"/>
          </w:tcPr>
          <w:p w14:paraId="70D8794D" w14:textId="77777777" w:rsidR="0047091F" w:rsidRDefault="0047091F"/>
        </w:tc>
        <w:tc>
          <w:tcPr>
            <w:tcW w:w="4968" w:type="dxa"/>
            <w:vAlign w:val="center"/>
          </w:tcPr>
          <w:p w14:paraId="3BB281A6" w14:textId="77777777" w:rsidR="0047091F" w:rsidRDefault="0047091F"/>
        </w:tc>
        <w:tc>
          <w:tcPr>
            <w:tcW w:w="2088" w:type="dxa"/>
            <w:vAlign w:val="center"/>
          </w:tcPr>
          <w:p w14:paraId="4A248EC0" w14:textId="77777777" w:rsidR="0047091F" w:rsidRDefault="0047091F"/>
        </w:tc>
        <w:tc>
          <w:tcPr>
            <w:tcW w:w="936" w:type="dxa"/>
            <w:vAlign w:val="center"/>
          </w:tcPr>
          <w:p w14:paraId="77854698" w14:textId="77777777" w:rsidR="0047091F" w:rsidRDefault="0047091F"/>
        </w:tc>
      </w:tr>
      <w:tr w:rsidR="0047091F" w14:paraId="1533C43F" w14:textId="77777777">
        <w:trPr>
          <w:trHeight w:val="605"/>
          <w:jc w:val="center"/>
        </w:trPr>
        <w:tc>
          <w:tcPr>
            <w:tcW w:w="1224" w:type="dxa"/>
            <w:vAlign w:val="center"/>
          </w:tcPr>
          <w:p w14:paraId="3D1500B0" w14:textId="77777777" w:rsidR="0047091F" w:rsidRDefault="0047091F"/>
        </w:tc>
        <w:tc>
          <w:tcPr>
            <w:tcW w:w="1512" w:type="dxa"/>
            <w:vAlign w:val="center"/>
          </w:tcPr>
          <w:p w14:paraId="69C83D72" w14:textId="77777777" w:rsidR="0047091F" w:rsidRDefault="0047091F"/>
        </w:tc>
        <w:tc>
          <w:tcPr>
            <w:tcW w:w="4968" w:type="dxa"/>
            <w:vAlign w:val="center"/>
          </w:tcPr>
          <w:p w14:paraId="41EA32A1" w14:textId="77777777" w:rsidR="0047091F" w:rsidRDefault="0047091F"/>
        </w:tc>
        <w:tc>
          <w:tcPr>
            <w:tcW w:w="2088" w:type="dxa"/>
            <w:vAlign w:val="center"/>
          </w:tcPr>
          <w:p w14:paraId="50A519C3" w14:textId="77777777" w:rsidR="0047091F" w:rsidRDefault="0047091F"/>
        </w:tc>
        <w:tc>
          <w:tcPr>
            <w:tcW w:w="936" w:type="dxa"/>
            <w:vAlign w:val="center"/>
          </w:tcPr>
          <w:p w14:paraId="68DA2E6C" w14:textId="77777777" w:rsidR="0047091F" w:rsidRDefault="0047091F"/>
        </w:tc>
      </w:tr>
    </w:tbl>
    <w:p w14:paraId="7DFC64A6" w14:textId="77777777" w:rsidR="0047091F" w:rsidRDefault="0047091F">
      <w:pPr>
        <w:spacing w:after="20"/>
      </w:pPr>
    </w:p>
    <w:tbl>
      <w:tblPr>
        <w:tblStyle w:val="TableGrid"/>
        <w:tblW w:w="0" w:type="auto"/>
        <w:jc w:val="center"/>
        <w:tblLook w:val="04A0" w:firstRow="1" w:lastRow="0" w:firstColumn="1" w:lastColumn="0" w:noHBand="0" w:noVBand="1"/>
      </w:tblPr>
      <w:tblGrid>
        <w:gridCol w:w="10502"/>
      </w:tblGrid>
      <w:tr w:rsidR="0047091F" w14:paraId="71B16D1C" w14:textId="77777777">
        <w:trPr>
          <w:jc w:val="center"/>
        </w:trPr>
        <w:tc>
          <w:tcPr>
            <w:tcW w:w="10512" w:type="dxa"/>
            <w:shd w:val="clear" w:color="auto" w:fill="F2F2F2"/>
            <w:vAlign w:val="center"/>
          </w:tcPr>
          <w:p w14:paraId="56AE243F" w14:textId="77777777" w:rsidR="0047091F" w:rsidRDefault="00AF1447">
            <w:r>
              <w:rPr>
                <w:sz w:val="17"/>
              </w:rPr>
              <w:t>Remember: Record what happened, what was said or observed, what you did, and who you told. Do not investigate yourself or ask leading questions. Pass safeguarding concerns to the Designated Safeguarding Lead (DSL) promptly.</w:t>
            </w:r>
          </w:p>
        </w:tc>
      </w:tr>
    </w:tbl>
    <w:p w14:paraId="3EB3BE69" w14:textId="77777777" w:rsidR="0047091F" w:rsidRDefault="0047091F">
      <w:pPr>
        <w:spacing w:after="20"/>
      </w:pPr>
    </w:p>
    <w:tbl>
      <w:tblPr>
        <w:tblStyle w:val="TableGrid"/>
        <w:tblW w:w="0" w:type="auto"/>
        <w:jc w:val="center"/>
        <w:tblLook w:val="04A0" w:firstRow="1" w:lastRow="0" w:firstColumn="1" w:lastColumn="0" w:noHBand="0" w:noVBand="1"/>
      </w:tblPr>
      <w:tblGrid>
        <w:gridCol w:w="2626"/>
        <w:gridCol w:w="2625"/>
        <w:gridCol w:w="2626"/>
        <w:gridCol w:w="2625"/>
      </w:tblGrid>
      <w:tr w:rsidR="0047091F" w14:paraId="2E9034CE" w14:textId="77777777">
        <w:trPr>
          <w:jc w:val="center"/>
        </w:trPr>
        <w:tc>
          <w:tcPr>
            <w:tcW w:w="2628" w:type="dxa"/>
            <w:shd w:val="clear" w:color="auto" w:fill="EAF2F8"/>
            <w:vAlign w:val="center"/>
          </w:tcPr>
          <w:p w14:paraId="109CAA13" w14:textId="77777777" w:rsidR="0047091F" w:rsidRDefault="00AF1447">
            <w:r>
              <w:rPr>
                <w:b/>
                <w:sz w:val="17"/>
              </w:rPr>
              <w:t>DSL / safeguarding lead</w:t>
            </w:r>
          </w:p>
        </w:tc>
        <w:tc>
          <w:tcPr>
            <w:tcW w:w="2628" w:type="dxa"/>
            <w:vAlign w:val="center"/>
          </w:tcPr>
          <w:p w14:paraId="65354BE7" w14:textId="77777777" w:rsidR="0047091F" w:rsidRDefault="0047091F"/>
        </w:tc>
        <w:tc>
          <w:tcPr>
            <w:tcW w:w="2628" w:type="dxa"/>
            <w:shd w:val="clear" w:color="auto" w:fill="EAF2F8"/>
            <w:vAlign w:val="center"/>
          </w:tcPr>
          <w:p w14:paraId="48ADD52D" w14:textId="77777777" w:rsidR="0047091F" w:rsidRDefault="00AF1447">
            <w:r>
              <w:rPr>
                <w:b/>
                <w:sz w:val="17"/>
              </w:rPr>
              <w:t>Date reviewed</w:t>
            </w:r>
          </w:p>
        </w:tc>
        <w:tc>
          <w:tcPr>
            <w:tcW w:w="2628" w:type="dxa"/>
            <w:vAlign w:val="center"/>
          </w:tcPr>
          <w:p w14:paraId="4FD80DA4" w14:textId="77777777" w:rsidR="0047091F" w:rsidRDefault="0047091F"/>
        </w:tc>
      </w:tr>
      <w:tr w:rsidR="0047091F" w14:paraId="57B8B1FD" w14:textId="77777777">
        <w:trPr>
          <w:jc w:val="center"/>
        </w:trPr>
        <w:tc>
          <w:tcPr>
            <w:tcW w:w="2628" w:type="dxa"/>
            <w:shd w:val="clear" w:color="auto" w:fill="EAF2F8"/>
            <w:vAlign w:val="center"/>
          </w:tcPr>
          <w:p w14:paraId="6D468FB6" w14:textId="77777777" w:rsidR="0047091F" w:rsidRDefault="00AF1447">
            <w:r>
              <w:rPr>
                <w:b/>
                <w:sz w:val="17"/>
              </w:rPr>
              <w:t>Next review / action</w:t>
            </w:r>
          </w:p>
        </w:tc>
        <w:tc>
          <w:tcPr>
            <w:tcW w:w="2628" w:type="dxa"/>
            <w:vAlign w:val="center"/>
          </w:tcPr>
          <w:p w14:paraId="470420E5" w14:textId="77777777" w:rsidR="0047091F" w:rsidRDefault="0047091F"/>
        </w:tc>
        <w:tc>
          <w:tcPr>
            <w:tcW w:w="2628" w:type="dxa"/>
            <w:shd w:val="clear" w:color="auto" w:fill="EAF2F8"/>
            <w:vAlign w:val="center"/>
          </w:tcPr>
          <w:p w14:paraId="046EBAB3" w14:textId="77777777" w:rsidR="0047091F" w:rsidRDefault="00AF1447">
            <w:r>
              <w:rPr>
                <w:b/>
                <w:sz w:val="17"/>
              </w:rPr>
              <w:t>Signature / initials</w:t>
            </w:r>
          </w:p>
        </w:tc>
        <w:tc>
          <w:tcPr>
            <w:tcW w:w="2628" w:type="dxa"/>
            <w:vAlign w:val="center"/>
          </w:tcPr>
          <w:p w14:paraId="26FD1FC6" w14:textId="77777777" w:rsidR="0047091F" w:rsidRDefault="0047091F"/>
        </w:tc>
      </w:tr>
    </w:tbl>
    <w:p w14:paraId="6391268D" w14:textId="77777777" w:rsidR="0047091F" w:rsidRDefault="00AF1447">
      <w:pPr>
        <w:spacing w:before="100"/>
      </w:pPr>
      <w:r>
        <w:rPr>
          <w:i/>
          <w:sz w:val="16"/>
        </w:rPr>
        <w:t>Keep securely with the child’s confidential safeguarding records. Do not leave this form in an ordinary attendance, class or general pupil file.</w:t>
      </w:r>
    </w:p>
    <w:sectPr w:rsidR="0047091F" w:rsidSect="00034616">
      <w:footerReference w:type="default" r:id="rId8"/>
      <w:pgSz w:w="12240" w:h="15840"/>
      <w:pgMar w:top="792" w:right="864" w:bottom="792"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017F1" w14:textId="77777777" w:rsidR="00AF1447" w:rsidRDefault="00AF1447">
      <w:pPr>
        <w:spacing w:after="0" w:line="240" w:lineRule="auto"/>
      </w:pPr>
      <w:r>
        <w:separator/>
      </w:r>
    </w:p>
  </w:endnote>
  <w:endnote w:type="continuationSeparator" w:id="0">
    <w:p w14:paraId="36C19B59" w14:textId="77777777" w:rsidR="00AF1447" w:rsidRDefault="00AF14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892CE" w14:textId="77777777" w:rsidR="0047091F" w:rsidRDefault="00AF1447">
    <w:pPr>
      <w:pStyle w:val="Footer"/>
      <w:jc w:val="center"/>
    </w:pPr>
    <w:r>
      <w:rPr>
        <w:sz w:val="16"/>
      </w:rPr>
      <w:t>Child Protection Record – Case Chronology | Confidential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2D1CF" w14:textId="77777777" w:rsidR="00AF1447" w:rsidRDefault="00AF1447">
      <w:pPr>
        <w:spacing w:after="0" w:line="240" w:lineRule="auto"/>
      </w:pPr>
      <w:r>
        <w:separator/>
      </w:r>
    </w:p>
  </w:footnote>
  <w:footnote w:type="continuationSeparator" w:id="0">
    <w:p w14:paraId="48550BD3" w14:textId="77777777" w:rsidR="00AF1447" w:rsidRDefault="00AF14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60302662">
    <w:abstractNumId w:val="8"/>
  </w:num>
  <w:num w:numId="2" w16cid:durableId="611283616">
    <w:abstractNumId w:val="6"/>
  </w:num>
  <w:num w:numId="3" w16cid:durableId="527842137">
    <w:abstractNumId w:val="5"/>
  </w:num>
  <w:num w:numId="4" w16cid:durableId="985012475">
    <w:abstractNumId w:val="4"/>
  </w:num>
  <w:num w:numId="5" w16cid:durableId="1390806956">
    <w:abstractNumId w:val="7"/>
  </w:num>
  <w:num w:numId="6" w16cid:durableId="778448831">
    <w:abstractNumId w:val="3"/>
  </w:num>
  <w:num w:numId="7" w16cid:durableId="460735126">
    <w:abstractNumId w:val="2"/>
  </w:num>
  <w:num w:numId="8" w16cid:durableId="251277959">
    <w:abstractNumId w:val="1"/>
  </w:num>
  <w:num w:numId="9" w16cid:durableId="1728456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7091F"/>
    <w:rsid w:val="00AA1D8D"/>
    <w:rsid w:val="00AF1447"/>
    <w:rsid w:val="00B47730"/>
    <w:rsid w:val="00CB0664"/>
    <w:rsid w:val="00FC693F"/>
    <w:rsid w:val="00FF35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E3E756"/>
  <w14:defaultImageDpi w14:val="300"/>
  <w15:docId w15:val="{C281EB6C-B29D-4E47-ADCE-505633461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158</Words>
  <Characters>903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Andri Nicolaou</cp:lastModifiedBy>
  <cp:revision>2</cp:revision>
  <dcterms:created xsi:type="dcterms:W3CDTF">2026-09-27T08:54:00Z</dcterms:created>
  <dcterms:modified xsi:type="dcterms:W3CDTF">2026-09-27T08:54:00Z</dcterms:modified>
  <cp:category/>
</cp:coreProperties>
</file>